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לניתוח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לוח הבחירה ואת סוגי המשימות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יסוד בניתוח סיפור כמו עלילה, דמות וקונפליקט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בחירת משימות מתאימות לניתוח טקסט סיפורי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מכירים את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תשע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הלוח בנוי משלוש שורות ושלוש עמודות, תשע משימות בסך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להשלים שלוש משימות בשורה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משימה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(לסדר את אירועי הסיפור לפי הסדר שבו קרו)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(לתאר דמות מהסיפור, איך היא נראית ומתנהגת)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(לזהות את הבעיה המרכזית בעלילה)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(לציין מתי ואיפה מתרחש הסיפור)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את מבנה הלוח מתוך האפשרויות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את שם הסיפור שעליו יעבדו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את המשימות שיופיעו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שהלוח מוכן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כתיבה בגוף ראשון או כתבה המתאימה לדמות, עם פרטים נכונים מהעלילה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משבצת זהב היא המשימה במרכז, המשתתפת בכמה שורות אפשריות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משימות, לאורך, לרוחב או באלכסון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שמזהה נכון משימה מתוך הרשימה ומסבירה את תוכנה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הלוח על המסך ולהדגים כיצד משלימים שורה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כל משימה לסיפור קונקרטי שהכיתה קראה לאחרונה כדי שהתרגול יהיה משמעותי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לתלמידים לבחור בעצמם את שלוש המשימות כדי לחזק מעורבות ובחירה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לניתוח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נכיר לוח בחירה שבו תשע משימות לניתוח סיפור, מסודרות כמו משחק שלוש בשורה. כדי לנצח צריך להשלים שלוש משימות ברצף - לאורך, לרוחב או באלכסון.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תשע  ·  שורה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מכירים את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משימות יש בלוח הבחירה?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תשע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שתים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כדי לנצח בלוח, כמה משימות צריך להשלים ברצף?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בלוח הבחירה יש תשע משימות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כדי לנצח צריך להשלים ארבע משימות בשורה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הלוח מורכב מ-__________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לנצח יש להשלים שלוש משימות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משימה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רצף העלילה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לתאר דמות מהסיפור, איך היא נראית ומתנהגת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כרטיס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לזהות את הבעיה המרכזית בעלילה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הקונפליקט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לציין מתי ואיפה מתרחש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זמן ומקום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לסדר את אירועי הסיפור לפי הסדר שבו קרו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בניית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את המשימות שיופיעו בלוח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שהלוח מוכן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את מבנה הלוח מתוך האפשרויות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את שם הסיפור שעליו יעבדו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משימה אחת מהלוח (לדוגמה דף יומן, מונולוג או כתבה בעיתון) וכתבו אותה בשם אחת הדמויות מהסיפור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המשמעות של 'משבצת זהב' בלוח?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משימות צריך להשלים כדי לנצח בלוח, ובאילו כיוונים?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לניתוח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