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סוגי המשימות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בניתוח סיפור כמו עלילה, דמות וקונפליקט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משימות מתאימות לניתוח טקסט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מכירים את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משבצת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לאורך, לרוחב או באלכסון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דמות מהסיפור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הלוח בנוי משלוש שורות ושלוש עמודות, תשע משימות בסך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להשלים שלוש משימות בשורה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חלק מהשורה האמצעית, מהעמודה האמצעית ומשני האלכסונים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גם לרוחב וגם באלכסון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 המשימות אכן מופיעות ברשימת המשימות של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משימה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(לסדר את אירועי הסיפור לפי הסדר שבו קרו)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(לתאר דמות מהסיפור, איך היא נראית ומתנהגת)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(לזהות את הבעיה המרכזית בעלילה)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(לציין מתי ואיפה מתרחש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(לכתוב מכתב בשם דמות או אליה)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מבנה הלוח מתוך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שם הסיפור שעליו יעבדו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את המשימות שיופיעו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שהלוח 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שולחים את הקישור לתלמידים ולתלמידות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מלאה לשלוש משימות, מבוססת על עלילת הסיפור, עם פרטים מדויקים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כתיבה בגוף ראשון או כתבה המתאימה לדמות, עם פרטים נכונים מהעלילה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משבצת זהב היא המשימה במרכז, המשתתפת בכמה שורות אפשריות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משימות, לאורך, לרוחב או באלכסון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שמזהה נכון משימה מתוך הרשימה ומסבירה את תוכנה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על המסך ולהדגים כיצד משלימים שורה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משימה לסיפור קונקרטי שהכיתה קראה לאחרונה כדי שהתרגול יהיה משמעותי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לתלמידים לבחור בעצמם את שלוש המשימות כדי לחזק מעורבות ובחירה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לוח עם תשע משימות על סיפור. צריך לבחור שלוש משימות בשורה אחת ולהשלים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האירועים בסיפור מההתחלה עד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בעל חיים שפועל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או קושי מרכזי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 ההחלטה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שבו דמות בוחרת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ותוצאה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בין מה שקרה למה שגרם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שהסיפור רוצה להעביר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משבצת זהב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במרכז הלוח, שנמצאת בכמה שורות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מכירים את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משימות יש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משימות צריך לסיים ברצף?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למשימה באמצע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משבצת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משבצת 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משבצת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משבצת יהלום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כיוון אפשר להשלים שורה?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לרוחב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לאורך, לרוחב או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מדברת משימת כרטיס 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הזמן והמקום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מהסיפור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השיר שמתאים לסיפור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הבחירה יש תשע משימות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לנצח צריך להשלים ארבע משימות בשורה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המשימה במרכז הלוח נקראת משבצת זהב כי היא נמצאת בהרבה שורות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להשלים שורה רק אם המשימות נמצאות זו ליד זו לאורך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בין המשימות בלוח יש גם 'מכתב לדמות' וגם 'ראיון עם דמות'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הלוח מורכב מ-__________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לנצח יש להשלים שלוש משימות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המשימה שנמצאת במרכז הלוח נקראת משבצת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משימת 'סיבה ו__________' עוסקת בקשר בין אירועים בסיפור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משימה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לציין מתי ואיפה מתרחש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לכתוב מכתב בשם דמות או אליה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לתאר דמות מהסיפור, איך היא נראית ומתנהגת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זמן ומקום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לזהות את הבעיה המרכזית בעלילה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לסדר את אירועי הסיפור לפי הסדר שבו קרו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שם הסיפור שעליו יעבדו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שהלוח מוכן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שולחים את הקישור לתלמידים ולתלמידות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המשימות שיופיעו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מבנה הלוח מתוך האפשרויות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 משימות מהלוח שיוצרות שורה אחת, וכתבו לכל אחת מהן תשובה קצרה על סיפור שקראתם לאחרונה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משימה אחת מהלוח (לדוגמה דף יומן, מונולוג או כתבה בעיתון) וכתבו אותה בשם אחת הדמויות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'משבצת זהב'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משימות צריך להשלים כדי לנצח בלוח, ובאילו כיוונים?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למשימה אחת מהלוח והסבירו מה היא בודקת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