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סוגי המשימות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בניתוח סיפור כמו עלילה, דמות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משימות מתאימות לניתוח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משבצת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דמות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הלוח בנוי משלוש שורות ושלוש עמודות, תשע משימות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להשלים שלוש משימות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חלק מהשורה האמצעית, מהעמודה האמצעית ומשני האלכסונים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גם לרוחב וגם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המשימות אכן מופיעות ברשימת המשימות של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(לסדר את אירועי הסיפור לפי הסדר שבו 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(לתאר דמות מהסיפור, איך היא נראית ומתנהגת)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(לזהות את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(לציין מתי ואיפה מתרחש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(לכתוב מכתב בשם דמות או אליה)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מבנה הלוח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 שעליו יעבדו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המשימות שיופיעו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שהלוח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שולחים את הקישור לתלמידים ולתלמידות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לשלוש משימות, מבוססת על עלילת הסיפור, עם פרטים מדויקים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כתיבה בגוף ראשון או כתבה המתאימה לדמות, עם פרטים נכונים מהעלילה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משבצת זהב היא המשימה במרכז, המשתתפת בכמה שורות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משימות, לאורך, לרוחב או באלכסון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שמזהה נכון משימה מתוך הרשימה ומסבירה את 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על המסך ולהדגים כיצד משלימים שורה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משימה לסיפור קונקרטי שהכיתה קראה לאחרונה כדי שהתרגול יהיה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לתלמידים לבחור בעצמם את שלוש המשימות כדי לחזק מעורבות ובחירה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נכיר לוח בחירה שבו תשע משימות לניתוח סיפור, מסודרות כמו משחק שלוש בשורה. כדי לנצח צריך להשלים שלוש משימות ברצף - לאורך, לרוחב או באלכסון.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כדי לנצח בלוח, כמה משימות צריך להשלים ברצף?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נקראת המשימה שנמצאת במרכז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משבצת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משבצת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משבצת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משבצת יהלום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כיוונים אפשריים להשלמת שורה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לאורך, לרוחב או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משימת 'כרטיס דמות' בודקת בעיקר הבנה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הזמן והמקום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השיר שמתאים לסיפור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הבחירה יש תשע משימות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לנצח צריך להשלים ארבע משימות בשורה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במרכז הלוח נקראת משבצת זהב כי היא נמצאת בהרבה שורות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להשלים שורה רק אם המשימות נמצאות זו ליד זו לאורך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המשימות בלוח יש גם 'מכתב לדמות' וגם 'ראיון עם דמות'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 מורכב מ-__________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לנצח יש להשלים שלוש משימות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המשימה שנמצאת במרכז הלוח נקראת משבצת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'סיבה ו__________' עוסקת בקשר בין אירועים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לזהות את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לכתוב מכתב בשם דמות או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לציין מתי ואיפה מתרחש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לסדר את אירועי הסיפור לפי הסדר שבו קרו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לתאר דמות מהסיפור, איך היא נראית ומתנהגת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המשימות שיופיעו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מבנה הלוח מתוך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 שעליו יעבדו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שולחים את הקישור לתלמידים ולתלמידות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שהלוח מוכן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 משימות מהלוח שיוצרות שורה אחת, וכתבו לכל אחת מהן תשובה קצרה על סיפור שקראתם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משימה אחת מהלוח (לדוגמה דף יומן, מונולוג או כתבה בעיתון) וכתבו אותה בשם אחת הדמויות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'משבצת זהב'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להשלים כדי לנצח בלוח, ובאילו כיוונים?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אחת מהלוח והסבירו מה היא בודקת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